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Spare parts inquiry form</w:t>
      </w:r>
    </w:p>
    <w:p>
      <w:pPr>
        <w:keepNext w:val="0"/>
        <w:spacing w:before="0" w:after="200" w:line="269" w:lineRule="auto"/>
      </w:pPr>
      <w:r>
        <w:rPr>
          <w:rFonts w:ascii="Arial" w:hAnsi="Arial" w:eastAsia="Arial Unicode MS" w:cs="Arial Unicode MS"/>
          <w:b w:val="0"/>
          <w:color w:val="202B33"/>
          <w:sz w:val="19"/>
        </w:rPr>
        <w:t>Complete the fields below in Word, add rows for more parts if needed, and send the completed file with clear part-label photos. We will confirm compatibility, availability, price and warranty in a formal quotation.</w:t>
      </w:r>
    </w:p>
    <w:p>
      <w:pPr>
        <w:pStyle w:val="Heading2"/>
      </w:pPr>
      <w:r>
        <w:t>01  Contact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0" w:type="dxa"/>
          <w:right w:w="90" w:type="dxa"/>
        </w:tblCellMar>
      </w:tblPr>
      <w:tblGrid>
        <w:gridCol w:w="3685"/>
        <w:gridCol w:w="6180"/>
      </w:tblGrid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Company / contact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[Company and contact name]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Email / telephone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[Email address and telephone]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Country / delivery location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[Country and city]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Date / your reference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[YYYY-MM-DD / optional reference]</w:t>
            </w:r>
          </w:p>
        </w:tc>
      </w:tr>
    </w:tbl>
    <w:p>
      <w:pPr>
        <w:pStyle w:val="Heading2"/>
      </w:pPr>
      <w:r>
        <w:t>02  Equipment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0" w:type="dxa"/>
          <w:right w:w="90" w:type="dxa"/>
        </w:tblCellMar>
      </w:tblPr>
      <w:tblGrid>
        <w:gridCol w:w="3685"/>
        <w:gridCol w:w="6180"/>
      </w:tblGrid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Brand / model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[Equipment brand and model]</w:t>
            </w:r>
          </w:p>
        </w:tc>
      </w:tr>
      <w:tr>
        <w:trPr>
          <w:cantSplit/>
        </w:trPr>
        <w:tc>
          <w:tcPr>
            <w:tcW w:type="dxa" w:w="368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202B33"/>
                <w:sz w:val="19"/>
              </w:rPr>
              <w:t>Serial number</w:t>
            </w:r>
          </w:p>
        </w:tc>
        <w:tc>
          <w:tcPr>
            <w:tcW w:type="dxa" w:w="6180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9"/>
              </w:rPr>
              <w:t>[Optional, if needed to identify compatibility]</w:t>
            </w:r>
          </w:p>
        </w:tc>
      </w:tr>
    </w:tbl>
    <w:p>
      <w:pPr>
        <w:pStyle w:val="Heading2"/>
      </w:pPr>
      <w:r>
        <w:t>03  Parts requested</w:t>
      </w:r>
    </w:p>
    <w:p>
      <w:pPr>
        <w:keepNext/>
        <w:spacing w:before="0" w:after="100" w:line="269" w:lineRule="auto"/>
      </w:pPr>
      <w:r>
        <w:rPr>
          <w:rFonts w:ascii="Arial" w:hAnsi="Arial" w:eastAsia="Arial Unicode MS" w:cs="Arial Unicode MS"/>
          <w:b w:val="0"/>
          <w:color w:val="596973"/>
          <w:sz w:val="18"/>
        </w:rPr>
        <w:t>Replace the prompts and add rows as needed. Use one row per distinct part.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bottom w:w="90" w:type="dxa"/>
          <w:left w:w="90" w:type="dxa"/>
          <w:right w:w="90" w:type="dxa"/>
        </w:tblCellMar>
      </w:tblPr>
      <w:tblGrid>
        <w:gridCol w:w="510"/>
        <w:gridCol w:w="1701"/>
        <w:gridCol w:w="3345"/>
        <w:gridCol w:w="2721"/>
        <w:gridCol w:w="737"/>
        <w:gridCol w:w="850"/>
      </w:tblGrid>
      <w:tr>
        <w:trPr>
          <w:cantSplit/>
          <w:tblHeader/>
        </w:trPr>
        <w:tc>
          <w:tcPr>
            <w:tcW w:type="dxa" w:w="510"/>
            <w:vAlign w:val="center"/>
            <w:shd w:fill="173B53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FFFFFF"/>
                <w:sz w:val="18"/>
              </w:rPr>
              <w:t>#</w:t>
            </w:r>
          </w:p>
        </w:tc>
        <w:tc>
          <w:tcPr>
            <w:tcW w:type="dxa" w:w="1701"/>
            <w:vAlign w:val="center"/>
            <w:shd w:fill="173B53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FFFFFF"/>
                <w:sz w:val="18"/>
              </w:rPr>
              <w:t>Part number</w:t>
            </w:r>
          </w:p>
        </w:tc>
        <w:tc>
          <w:tcPr>
            <w:tcW w:type="dxa" w:w="3345"/>
            <w:vAlign w:val="center"/>
            <w:shd w:fill="173B53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FFFFFF"/>
                <w:sz w:val="18"/>
              </w:rPr>
              <w:t>Part name / specification</w:t>
            </w:r>
          </w:p>
        </w:tc>
        <w:tc>
          <w:tcPr>
            <w:tcW w:type="dxa" w:w="2721"/>
            <w:vAlign w:val="center"/>
            <w:shd w:fill="173B53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FFFFFF"/>
                <w:sz w:val="18"/>
              </w:rPr>
              <w:t>Equipment brand / model</w:t>
            </w:r>
          </w:p>
        </w:tc>
        <w:tc>
          <w:tcPr>
            <w:tcW w:type="dxa" w:w="737"/>
            <w:vAlign w:val="center"/>
            <w:shd w:fill="173B53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FFFFFF"/>
                <w:sz w:val="18"/>
              </w:rPr>
              <w:t>Qty</w:t>
            </w:r>
          </w:p>
        </w:tc>
        <w:tc>
          <w:tcPr>
            <w:tcW w:type="dxa" w:w="850"/>
            <w:vAlign w:val="center"/>
            <w:shd w:fill="173B53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/>
                <w:color w:val="FFFFFF"/>
                <w:sz w:val="18"/>
              </w:rPr>
              <w:t>Unit</w:t>
            </w:r>
          </w:p>
        </w:tc>
      </w:tr>
      <w:tr>
        <w:trPr>
          <w:cantSplit/>
        </w:trPr>
        <w:tc>
          <w:tcPr>
            <w:tcW w:type="dxa" w:w="510"/>
            <w:vAlign w:val="center"/>
            <w:shd w:fill="FFFFFF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color w:val="202B33"/>
                <w:sz w:val="18"/>
              </w:rPr>
              <w:t>01</w:t>
            </w:r>
          </w:p>
        </w:tc>
        <w:tc>
          <w:tcPr>
            <w:tcW w:type="dxa" w:w="1701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number]</w:t>
            </w:r>
          </w:p>
        </w:tc>
        <w:tc>
          <w:tcPr>
            <w:tcW w:type="dxa" w:w="3345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description]</w:t>
            </w:r>
          </w:p>
        </w:tc>
        <w:tc>
          <w:tcPr>
            <w:tcW w:type="dxa" w:w="2721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[Brand / model]</w:t>
            </w:r>
          </w:p>
        </w:tc>
        <w:tc>
          <w:tcPr>
            <w:tcW w:type="dxa" w:w="737"/>
            <w:vAlign w:val="center"/>
            <w:shd w:fill="FFFFFF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[Qty]</w:t>
            </w:r>
          </w:p>
        </w:tc>
        <w:tc>
          <w:tcPr>
            <w:tcW w:type="dxa" w:w="850"/>
            <w:vAlign w:val="center"/>
            <w:shd w:fill="FFFFFF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[Unit]</w:t>
            </w:r>
          </w:p>
        </w:tc>
      </w:tr>
      <w:tr>
        <w:trPr>
          <w:cantSplit/>
        </w:trPr>
        <w:tc>
          <w:tcPr>
            <w:tcW w:type="dxa" w:w="510"/>
            <w:vAlign w:val="center"/>
            <w:shd w:fill="F3F6F8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color w:val="202B33"/>
                <w:sz w:val="18"/>
              </w:rPr>
              <w:t>02</w:t>
            </w:r>
          </w:p>
        </w:tc>
        <w:tc>
          <w:tcPr>
            <w:tcW w:type="dxa" w:w="1701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number]</w:t>
            </w:r>
          </w:p>
        </w:tc>
        <w:tc>
          <w:tcPr>
            <w:tcW w:type="dxa" w:w="334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description]</w:t>
            </w:r>
          </w:p>
        </w:tc>
        <w:tc>
          <w:tcPr>
            <w:tcW w:type="dxa" w:w="2721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[Brand / model]</w:t>
            </w:r>
          </w:p>
        </w:tc>
        <w:tc>
          <w:tcPr>
            <w:tcW w:type="dxa" w:w="737"/>
            <w:vAlign w:val="center"/>
            <w:shd w:fill="F3F6F8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[Qty]</w:t>
            </w:r>
          </w:p>
        </w:tc>
        <w:tc>
          <w:tcPr>
            <w:tcW w:type="dxa" w:w="850"/>
            <w:vAlign w:val="center"/>
            <w:shd w:fill="F3F6F8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[Unit]</w:t>
            </w:r>
          </w:p>
        </w:tc>
      </w:tr>
      <w:tr>
        <w:trPr>
          <w:cantSplit/>
        </w:trPr>
        <w:tc>
          <w:tcPr>
            <w:tcW w:type="dxa" w:w="510"/>
            <w:vAlign w:val="center"/>
            <w:shd w:fill="FFFFFF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color w:val="202B33"/>
                <w:sz w:val="18"/>
              </w:rPr>
              <w:t>03</w:t>
            </w:r>
          </w:p>
        </w:tc>
        <w:tc>
          <w:tcPr>
            <w:tcW w:type="dxa" w:w="1701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number]</w:t>
            </w:r>
          </w:p>
        </w:tc>
        <w:tc>
          <w:tcPr>
            <w:tcW w:type="dxa" w:w="3345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description]</w:t>
            </w:r>
          </w:p>
        </w:tc>
        <w:tc>
          <w:tcPr>
            <w:tcW w:type="dxa" w:w="2721"/>
            <w:vAlign w:val="center"/>
            <w:shd w:fill="FFFFFF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[Brand / model]</w:t>
            </w:r>
          </w:p>
        </w:tc>
        <w:tc>
          <w:tcPr>
            <w:tcW w:type="dxa" w:w="737"/>
            <w:vAlign w:val="center"/>
            <w:shd w:fill="FFFFFF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[Qty]</w:t>
            </w:r>
          </w:p>
        </w:tc>
        <w:tc>
          <w:tcPr>
            <w:tcW w:type="dxa" w:w="850"/>
            <w:vAlign w:val="center"/>
            <w:shd w:fill="FFFFFF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[Unit]</w:t>
            </w:r>
          </w:p>
        </w:tc>
      </w:tr>
      <w:tr>
        <w:trPr>
          <w:cantSplit/>
        </w:trPr>
        <w:tc>
          <w:tcPr>
            <w:tcW w:type="dxa" w:w="510"/>
            <w:vAlign w:val="center"/>
            <w:shd w:fill="F3F6F8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color w:val="202B33"/>
                <w:sz w:val="18"/>
              </w:rPr>
              <w:t>04</w:t>
            </w:r>
          </w:p>
        </w:tc>
        <w:tc>
          <w:tcPr>
            <w:tcW w:type="dxa" w:w="1701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number]</w:t>
            </w:r>
          </w:p>
        </w:tc>
        <w:tc>
          <w:tcPr>
            <w:tcW w:type="dxa" w:w="3345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[Part description]</w:t>
            </w:r>
          </w:p>
        </w:tc>
        <w:tc>
          <w:tcPr>
            <w:tcW w:type="dxa" w:w="2721"/>
            <w:vAlign w:val="center"/>
            <w:shd w:fill="F3F6F8"/>
          </w:tcPr>
          <w:p>
            <w:pPr>
              <w:keepNext w:val="0"/>
              <w:spacing w:after="0" w:line="264" w:lineRule="auto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[Brand / model]</w:t>
            </w:r>
          </w:p>
        </w:tc>
        <w:tc>
          <w:tcPr>
            <w:tcW w:type="dxa" w:w="737"/>
            <w:vAlign w:val="center"/>
            <w:shd w:fill="F3F6F8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[Qty]</w:t>
            </w:r>
          </w:p>
        </w:tc>
        <w:tc>
          <w:tcPr>
            <w:tcW w:type="dxa" w:w="850"/>
            <w:vAlign w:val="center"/>
            <w:shd w:fill="F3F6F8"/>
          </w:tcPr>
          <w:p>
            <w:pPr>
              <w:keepNext w:val="0"/>
              <w:spacing w:after="0" w:line="264" w:lineRule="auto"/>
              <w:jc w:val="center"/>
            </w:pPr>
            <w:r>
              <w:rPr>
                <w:rFonts w:ascii="Arial" w:hAnsi="Arial" w:eastAsia="Arial Unicode MS" w:cs="Arial Unicode MS"/>
                <w:b w:val="0"/>
                <w:i/>
                <w:color w:val="596973"/>
                <w:sz w:val="18"/>
              </w:rPr>
              <w:t>[Unit]</w:t>
            </w:r>
          </w:p>
        </w:tc>
      </w:tr>
    </w:tbl>
    <w:p>
      <w:pPr>
        <w:pStyle w:val="Heading2"/>
      </w:pPr>
      <w:r>
        <w:t>04  Requirements and attachments</w:t>
      </w:r>
    </w:p>
    <w:p>
      <w:pPr>
        <w:keepNext/>
        <w:spacing w:before="0" w:after="100" w:line="269" w:lineRule="auto"/>
      </w:pPr>
      <w:r>
        <w:rPr>
          <w:rFonts w:ascii="Arial" w:hAnsi="Arial" w:eastAsia="Arial Unicode MS" w:cs="Arial Unicode MS"/>
          <w:b w:val="0"/>
          <w:color w:val="596973"/>
          <w:sz w:val="18"/>
        </w:rPr>
        <w:t>Note condition preferences, required delivery date, target price if any, and attached photo filenames.</w:t>
      </w:r>
    </w:p>
    <w:p>
      <w:pPr>
        <w:keepNext w:val="0"/>
        <w:spacing w:before="0" w:after="140" w:line="340" w:lineRule="exact"/>
      </w:pPr>
      <w:r>
        <w:rPr>
          <w:rFonts w:ascii="Arial" w:hAnsi="Arial" w:eastAsia="Arial Unicode MS" w:cs="Arial Unicode MS"/>
          <w:b w:val="0"/>
          <w:color w:val="596973"/>
          <w:sz w:val="20"/>
        </w:rPr>
        <w:t>[Enter your response here]</w:t>
        <w:br/>
        <w:br/>
      </w:r>
    </w:p>
    <w:p>
      <w:pPr>
        <w:pStyle w:val="Heading2"/>
      </w:pPr>
      <w:r>
        <w:t>Submission</w:t>
      </w:r>
    </w:p>
    <w:p>
      <w:pPr>
        <w:keepNext/>
        <w:spacing w:before="0" w:after="80" w:line="269" w:lineRule="auto"/>
      </w:pPr>
      <w:r>
        <w:rPr>
          <w:rFonts w:ascii="Arial" w:hAnsi="Arial" w:eastAsia="Arial Unicode MS" w:cs="Arial Unicode MS"/>
          <w:b w:val="0"/>
          <w:color w:val="202B33"/>
          <w:sz w:val="19"/>
        </w:rPr>
        <w:t>Send the completed Word file and any photos to mclproeng@gmail.com.</w:t>
      </w:r>
    </w:p>
    <w:p>
      <w:pPr>
        <w:keepNext w:val="0"/>
        <w:spacing w:before="0" w:after="80" w:line="269" w:lineRule="auto"/>
      </w:pPr>
      <w:r>
        <w:rPr>
          <w:rFonts w:ascii="Arial" w:hAnsi="Arial" w:eastAsia="Arial Unicode MS" w:cs="Arial Unicode MS"/>
          <w:b w:val="0"/>
          <w:color w:val="202B33"/>
          <w:sz w:val="19"/>
        </w:rPr>
        <w:t>This inquiry is not an order or a confirmed quotation.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020" w:bottom="1020" w:left="1020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</w:pPr>
    <w:r>
      <w:rPr>
        <w:rFonts w:ascii="Arial" w:hAnsi="Arial" w:eastAsia="Arial Unicode MS" w:cs="Arial Unicode MS"/>
        <w:b w:val="0"/>
        <w:color w:val="596973"/>
        <w:sz w:val="16"/>
      </w:rPr>
      <w:t>Spare parts inquiry form</w:t>
    </w:r>
    <w:r>
      <w:rPr>
        <w:rFonts w:ascii="Arial" w:hAnsi="Arial" w:eastAsia="Arial Unicode MS" w:cs="Arial Unicode MS"/>
        <w:b w:val="0"/>
        <w:color w:val="596973"/>
        <w:sz w:val="16"/>
      </w:rPr>
      <w:tab/>
      <w:t xml:space="preserve">Page </w:t>
    </w:r>
    <w:fldSimple w:instr="PAGE"/>
    <w:r>
      <w:rPr>
        <w:rFonts w:ascii="Arial" w:hAnsi="Arial" w:eastAsia="Arial Unicode MS" w:cs="Arial Unicode MS"/>
        <w:b w:val="0"/>
        <w:color w:val="596973"/>
        <w:sz w:val="16"/>
      </w:rPr>
      <w:t xml:space="preserve"> of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6" w:val="right"/>
      </w:tabs>
    </w:pPr>
    <w:r>
      <w:rPr>
        <w:rFonts w:ascii="Arial" w:hAnsi="Arial" w:eastAsia="Arial Unicode MS" w:cs="Arial Unicode MS"/>
        <w:b/>
        <w:color w:val="000000"/>
        <w:sz w:val="16"/>
      </w:rPr>
      <w:t>MEDICAL EQUIPMENT PARTS</w:t>
    </w:r>
    <w:r>
      <w:rPr>
        <w:rFonts w:ascii="Arial" w:hAnsi="Arial" w:eastAsia="Arial Unicode MS" w:cs="Arial Unicode MS"/>
        <w:b w:val="0"/>
        <w:color w:val="000000"/>
        <w:sz w:val="16"/>
      </w:rPr>
      <w:tab/>
      <w:t>SPARE PARTS INQUIRY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100" w:line="269" w:lineRule="auto" w:before="0"/>
    </w:pPr>
    <w:rPr>
      <w:rFonts w:ascii="Arial" w:hAnsi="Arial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100" w:line="269" w:lineRule="auto" w:before="0"/>
    </w:pPr>
    <w:rPr>
      <w:rFonts w:ascii="Arial" w:hAnsi="Arial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Spare parts inquiry form</dc:title>
  <dc:subject/>
  <dc:creator>Medical Parts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